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11"/>
      </w:tblGrid>
      <w:tr w:rsidR="004B08F2" w14:paraId="5238E474" w14:textId="77777777">
        <w:tc>
          <w:tcPr>
            <w:tcW w:w="9411" w:type="dxa"/>
            <w:tcBorders>
              <w:top w:val="single" w:sz="12" w:space="1" w:color="5B9BD5"/>
              <w:left w:val="single" w:sz="12" w:space="1" w:color="5B9BD5"/>
              <w:bottom w:val="single" w:sz="12" w:space="1" w:color="5B9BD5"/>
              <w:right w:val="single" w:sz="12" w:space="1" w:color="5B9BD5"/>
            </w:tcBorders>
          </w:tcPr>
          <w:p w14:paraId="6A479EAA" w14:textId="77777777" w:rsidR="004B08F2" w:rsidRDefault="00CE484C">
            <w:pPr>
              <w:spacing w:after="40"/>
              <w:jc w:val="center"/>
            </w:pPr>
            <w:r>
              <w:rPr>
                <w:b/>
                <w:color w:val="1F3864"/>
                <w:sz w:val="26"/>
              </w:rPr>
              <w:t>BOLU ABANT İZZET BAYSAL ÜNİVERSİTESİ İLAHİYAT FAKÜLTESİ</w:t>
            </w:r>
          </w:p>
          <w:p w14:paraId="589ECBA7" w14:textId="77777777" w:rsidR="004B08F2" w:rsidRDefault="00CE484C">
            <w:pPr>
              <w:spacing w:after="40"/>
              <w:jc w:val="center"/>
            </w:pPr>
            <w:r>
              <w:rPr>
                <w:b/>
                <w:color w:val="1F3864"/>
                <w:sz w:val="26"/>
              </w:rPr>
              <w:t>III. ULUSAL LİSANSÜSTÜ ÖĞRENCİ SEMPOZYUMU</w:t>
            </w:r>
          </w:p>
          <w:p w14:paraId="5EF7B516" w14:textId="77777777" w:rsidR="004B08F2" w:rsidRDefault="00CE484C">
            <w:pPr>
              <w:spacing w:after="40"/>
              <w:jc w:val="center"/>
            </w:pPr>
            <w:r>
              <w:rPr>
                <w:b/>
                <w:sz w:val="22"/>
              </w:rPr>
              <w:t>Başvuru Formu ve Bildiri Özeti</w:t>
            </w:r>
          </w:p>
          <w:p w14:paraId="5FEAEAA7" w14:textId="77777777" w:rsidR="004B08F2" w:rsidRDefault="00CE484C">
            <w:pPr>
              <w:spacing w:after="40"/>
              <w:jc w:val="center"/>
            </w:pPr>
            <w:r>
              <w:rPr>
                <w:sz w:val="22"/>
              </w:rPr>
              <w:t>6-7 Kasım 2026 / Bolu</w:t>
            </w:r>
          </w:p>
        </w:tc>
      </w:tr>
    </w:tbl>
    <w:p w14:paraId="6BA12389" w14:textId="77777777" w:rsidR="004B08F2" w:rsidRDefault="004B08F2"/>
    <w:p w14:paraId="1FDD201B" w14:textId="77777777" w:rsidR="004B08F2" w:rsidRDefault="00CE484C">
      <w:pPr>
        <w:spacing w:after="80"/>
      </w:pPr>
      <w:r>
        <w:rPr>
          <w:b/>
          <w:sz w:val="22"/>
        </w:rPr>
        <w:t>BİLDİRİ ÖZETİ HAZIRLANIRKEN DİKKAT EDİLMESİ GEREKENLER</w:t>
      </w:r>
    </w:p>
    <w:p w14:paraId="01255D7D" w14:textId="77777777" w:rsidR="004B08F2" w:rsidRDefault="00CE484C">
      <w:pPr>
        <w:pStyle w:val="ListeMaddemi"/>
        <w:spacing w:after="60"/>
      </w:pPr>
      <w:r>
        <w:t>Bildiri özeti 500–600 kelime aralığında, tek paragraf hâlinde hazırlanmalıdır. Yazı tipi Palatino Linotype, 10 punto ve tek satır aralığı olmalıdır. Arapça ibareleri doğrudan yazabilirsiniz; dizgi sırasında Segoe UI ile biçimlendirilecektir, sizin bir şey yapmanıza gerek yoktur.</w:t>
      </w:r>
    </w:p>
    <w:p w14:paraId="1180484C" w14:textId="77777777" w:rsidR="004B08F2" w:rsidRDefault="00CE484C">
      <w:pPr>
        <w:pStyle w:val="ListeMaddemi"/>
        <w:spacing w:after="60"/>
      </w:pPr>
      <w:r>
        <w:t>Özet; konu, sınırlılıklar, önem, amaç, yöntem ve ulaşılması muhtemel sonuçları içermelidir.</w:t>
      </w:r>
    </w:p>
    <w:p w14:paraId="016254D2" w14:textId="77777777" w:rsidR="004B08F2" w:rsidRDefault="00CE484C">
      <w:pPr>
        <w:pStyle w:val="ListeMaddemi"/>
        <w:spacing w:after="60"/>
      </w:pPr>
      <w:r>
        <w:t>Özel isim, mekân, eser adı ve kavramların yazımında TDV İslâm Ansiklopedisi madde başlıkları esas alınır.</w:t>
      </w:r>
    </w:p>
    <w:p w14:paraId="345CA6A9" w14:textId="77777777" w:rsidR="004B08F2" w:rsidRDefault="00CE484C">
      <w:pPr>
        <w:pStyle w:val="ListeMaddemi"/>
        <w:spacing w:after="60"/>
      </w:pPr>
      <w:r>
        <w:t>Anahtar kelimeler özetin SON SATIRINDADIR. İlk anahtar kelimeyi AÇILIR MENÜDEN (ana bilim dalı: Tefsir, Hadis, İslam Hukuku vb.) seçin; kalan 2-4 kelimeyi virgül+boşluk ile yazıp sonuna nokta koyun. Örnek: Anahtar Kelimeler: İslam Hukuku, Maslahat, Tahsis.</w:t>
      </w:r>
    </w:p>
    <w:p w14:paraId="61728396" w14:textId="77777777" w:rsidR="004B08F2" w:rsidRDefault="00CE484C">
      <w:pPr>
        <w:pStyle w:val="ListeMaddemi"/>
        <w:spacing w:after="60"/>
      </w:pPr>
      <w:r>
        <w:t>ORCID zorunludur; yoksa https://orcid.org/register adresinden edinilir.</w:t>
      </w:r>
    </w:p>
    <w:p w14:paraId="012F0B8E" w14:textId="77777777" w:rsidR="004B08F2" w:rsidRDefault="00CE484C">
      <w:pPr>
        <w:pStyle w:val="ListeMaddemi"/>
        <w:spacing w:after="60"/>
      </w:pPr>
      <w:r>
        <w:t>Bildiri özeti dosya adı “Soyadı, Ad – Bildiri Başlığı” şeklinde olmalıdır.</w:t>
      </w:r>
    </w:p>
    <w:p w14:paraId="04DAF5F2" w14:textId="77777777" w:rsidR="004B08F2" w:rsidRDefault="00CE484C">
      <w:pPr>
        <w:pStyle w:val="ListeMaddemi"/>
        <w:spacing w:after="60"/>
      </w:pPr>
      <w:r>
        <w:t>Bildiri özeti en geç 15 Eylül 2026 saat 17.00’ye kadar başvuru formuna yüklenmelidir.</w:t>
      </w:r>
    </w:p>
    <w:p w:rsidR="004B08F2" w:rsidRDefault="00CE484C">
      <w:pPr>
        <w:pStyle w:val="ListeMaddemi"/>
        <w:spacing w:after="60"/>
      </w:pPr>
      <w:r>
        <w:t>Sorularınız ve iletişim için: baibuilahiyatsempozyum@ibu.edu.tr</w:t>
      </w:r>
    </w:p>
    <w:p w14:paraId="5F19F099" w14:textId="77777777" w:rsidR="004B08F2" w:rsidRDefault="00CE484C">
      <w:pPr>
        <w:pStyle w:val="ListeMaddemi"/>
        <w:spacing w:after="60"/>
      </w:pPr>
      <w:r>
        <w:t>Sol sütun etiketlerini ve yapıyı değiştiremezsiniz; yalnızca sağdaki alanları doldurunuz (belge kilitlidir).</w:t>
      </w:r>
    </w:p>
    <w:p w14:paraId="012FFEF3" w14:textId="77777777" w:rsidR="004B08F2" w:rsidRDefault="004B08F2"/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3061"/>
        <w:gridCol w:w="6350"/>
      </w:tblGrid>
      <w:tr w:rsidR="004B08F2" w14:paraId="192434AB" w14:textId="77777777">
        <w:tc>
          <w:tcPr>
            <w:tcW w:w="3061" w:type="dxa"/>
          </w:tcPr>
          <w:p w14:paraId="295470F1" w14:textId="77777777" w:rsidR="004B08F2" w:rsidRDefault="00CE484C">
            <w:r>
              <w:rPr>
                <w:b/>
              </w:rPr>
              <w:t>Adı Soyadı</w:t>
            </w:r>
          </w:p>
        </w:tc>
        <w:tc>
          <w:tcPr>
            <w:tcW w:w="6350" w:type="dxa"/>
          </w:tcPr>
          <w:p w14:paraId="277D9E07" w14:textId="77777777" w:rsidR="004B08F2" w:rsidRDefault="00CE484C">
            <w:pPr>
              <w:rPr>
                <w:szCs w:val="20"/>
              </w:rPr>
            </w:pPr>
            <w:sdt>
              <w:sdtPr>
                <w:alias w:val="Adı Soyadı"/>
                <w:tag w:val="Adı Soyadı"/>
                <w:id w:val="901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687C2156" w14:textId="77777777">
        <w:tc>
          <w:tcPr>
            <w:tcW w:w="3061" w:type="dxa"/>
          </w:tcPr>
          <w:p w14:paraId="1D055635" w14:textId="77777777" w:rsidR="004B08F2" w:rsidRDefault="00CE484C">
            <w:r>
              <w:rPr>
                <w:b/>
              </w:rPr>
              <w:t>Üniversite</w:t>
            </w:r>
          </w:p>
        </w:tc>
        <w:tc>
          <w:tcPr>
            <w:tcW w:w="6350" w:type="dxa"/>
          </w:tcPr>
          <w:p w14:paraId="70C8F56C" w14:textId="77777777" w:rsidR="004B08F2" w:rsidRDefault="00CE484C">
            <w:pPr>
              <w:rPr>
                <w:szCs w:val="20"/>
              </w:rPr>
            </w:pPr>
            <w:sdt>
              <w:sdtPr>
                <w:alias w:val="Üniversite"/>
                <w:tag w:val="Üniversite"/>
                <w:id w:val="902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7153C206" w14:textId="77777777">
        <w:tc>
          <w:tcPr>
            <w:tcW w:w="3061" w:type="dxa"/>
          </w:tcPr>
          <w:p w14:paraId="7D17D474" w14:textId="77777777" w:rsidR="004B08F2" w:rsidRDefault="00CE484C">
            <w:r>
              <w:rPr>
                <w:b/>
              </w:rPr>
              <w:t>Bölüm / Bilim Dalı</w:t>
            </w:r>
            <w:r>
              <w:rPr>
                <w:sz w:val="16"/>
                <w:szCs w:val="16"/>
              </w:rPr>
              <w:t xml:space="preserve"> (aşağıdaki anahtar kelimeyle aynı olmalı)</w:t>
            </w:r>
          </w:p>
        </w:tc>
        <w:tc>
          <w:tcPr>
            <w:tcW w:w="6350" w:type="dxa"/>
          </w:tcPr>
          <w:p w14:paraId="163E5BC8" w14:textId="77777777" w:rsidR="004B08F2" w:rsidRDefault="00CE484C">
            <w:pPr>
              <w:rPr>
                <w:szCs w:val="20"/>
              </w:rPr>
            </w:pPr>
            <w:sdt>
              <w:sdtPr>
                <w:alias w:val="Bölüm / Bilim Dalı"/>
                <w:tag w:val="Bölüm / Bilim Dalı"/>
                <w:id w:val="903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7B7B05A8" w14:textId="77777777">
        <w:tc>
          <w:tcPr>
            <w:tcW w:w="3061" w:type="dxa"/>
          </w:tcPr>
          <w:p w14:paraId="35474D20" w14:textId="77777777" w:rsidR="004B08F2" w:rsidRDefault="00CE484C">
            <w:r>
              <w:rPr>
                <w:b/>
              </w:rPr>
              <w:t>Adres</w:t>
            </w:r>
          </w:p>
        </w:tc>
        <w:tc>
          <w:tcPr>
            <w:tcW w:w="6350" w:type="dxa"/>
          </w:tcPr>
          <w:p w14:paraId="0B66A2AA" w14:textId="77777777" w:rsidR="004B08F2" w:rsidRDefault="00CE484C">
            <w:pPr>
              <w:rPr>
                <w:szCs w:val="20"/>
              </w:rPr>
            </w:pPr>
            <w:sdt>
              <w:sdtPr>
                <w:alias w:val="Adres"/>
                <w:tag w:val="Adres"/>
                <w:id w:val="904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5E6F8B62" w14:textId="77777777">
        <w:tc>
          <w:tcPr>
            <w:tcW w:w="3061" w:type="dxa"/>
          </w:tcPr>
          <w:p w14:paraId="3994FD2F" w14:textId="77777777" w:rsidR="004B08F2" w:rsidRDefault="00CE484C">
            <w:r>
              <w:rPr>
                <w:b/>
              </w:rPr>
              <w:t>Telefon</w:t>
            </w:r>
          </w:p>
        </w:tc>
        <w:tc>
          <w:tcPr>
            <w:tcW w:w="6350" w:type="dxa"/>
          </w:tcPr>
          <w:p w14:paraId="23C1D75B" w14:textId="77777777" w:rsidR="004B08F2" w:rsidRDefault="00CE484C">
            <w:pPr>
              <w:rPr>
                <w:szCs w:val="20"/>
              </w:rPr>
            </w:pPr>
            <w:sdt>
              <w:sdtPr>
                <w:alias w:val="Telefon"/>
                <w:tag w:val="Telefon"/>
                <w:id w:val="905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30D09162" w14:textId="77777777">
        <w:tc>
          <w:tcPr>
            <w:tcW w:w="3061" w:type="dxa"/>
          </w:tcPr>
          <w:p w14:paraId="784319D2" w14:textId="77777777" w:rsidR="004B08F2" w:rsidRDefault="00CE484C">
            <w:r>
              <w:rPr>
                <w:b/>
              </w:rPr>
              <w:t>E-posta</w:t>
            </w:r>
          </w:p>
        </w:tc>
        <w:tc>
          <w:tcPr>
            <w:tcW w:w="6350" w:type="dxa"/>
          </w:tcPr>
          <w:p w14:paraId="41428AB8" w14:textId="77777777" w:rsidR="004B08F2" w:rsidRDefault="00CE484C">
            <w:pPr>
              <w:rPr>
                <w:szCs w:val="20"/>
              </w:rPr>
            </w:pPr>
            <w:sdt>
              <w:sdtPr>
                <w:alias w:val="E-posta"/>
                <w:tag w:val="E-posta"/>
                <w:id w:val="906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7EB10450" w14:textId="77777777">
        <w:tc>
          <w:tcPr>
            <w:tcW w:w="3061" w:type="dxa"/>
          </w:tcPr>
          <w:p w14:paraId="4C661C97" w14:textId="77777777" w:rsidR="004B08F2" w:rsidRDefault="00CE484C">
            <w:r>
              <w:rPr>
                <w:b/>
              </w:rPr>
              <w:t>ORCID</w:t>
            </w:r>
          </w:p>
        </w:tc>
        <w:tc>
          <w:tcPr>
            <w:tcW w:w="6350" w:type="dxa"/>
          </w:tcPr>
          <w:p w14:paraId="0463AB58" w14:textId="77777777" w:rsidR="004B08F2" w:rsidRDefault="00CE484C">
            <w:pPr>
              <w:rPr>
                <w:szCs w:val="20"/>
              </w:rPr>
            </w:pPr>
            <w:sdt>
              <w:sdtPr>
                <w:alias w:val="ORCID"/>
                <w:tag w:val="ORCID"/>
                <w:id w:val="907"/>
                <w:lock w:val="sdtLocked"/>
                <w:showingPlcHdr/>
                <w:text/>
              </w:sdtPr>
              <w:sdtEndPr/>
              <w:sdtContent>
                <w:r>
                  <w:t>0000-0000-0000-0000</w:t>
                </w:r>
              </w:sdtContent>
            </w:sdt>
          </w:p>
        </w:tc>
      </w:tr>
      <w:tr w:rsidR="004B08F2" w14:paraId="47F80CC4" w14:textId="77777777">
        <w:tc>
          <w:tcPr>
            <w:tcW w:w="3061" w:type="dxa"/>
          </w:tcPr>
          <w:p w14:paraId="67FF7DDA" w14:textId="77777777" w:rsidR="004B08F2" w:rsidRDefault="00CE484C">
            <w:r>
              <w:rPr>
                <w:b/>
              </w:rPr>
              <w:t>Bildiri Başlığı</w:t>
            </w:r>
          </w:p>
        </w:tc>
        <w:tc>
          <w:tcPr>
            <w:tcW w:w="6350" w:type="dxa"/>
          </w:tcPr>
          <w:p w14:paraId="4F8BF9B9" w14:textId="77777777" w:rsidR="004B08F2" w:rsidRDefault="00CE484C">
            <w:pPr>
              <w:rPr>
                <w:szCs w:val="20"/>
              </w:rPr>
            </w:pPr>
            <w:sdt>
              <w:sdtPr>
                <w:alias w:val="Bildiri Başlığı"/>
                <w:tag w:val="Bildiri Başlığı"/>
                <w:id w:val="908"/>
                <w:lock w:val="sdtLocked"/>
                <w:showingPlcHdr/>
                <w:text/>
              </w:sdtPr>
              <w:sdtEndPr/>
              <w:sdtContent>
                <w:r>
                  <w:t>…</w:t>
                </w:r>
              </w:sdtContent>
            </w:sdt>
          </w:p>
        </w:tc>
      </w:tr>
      <w:tr w:rsidR="004B08F2" w14:paraId="5851FE59" w14:textId="77777777">
        <w:trPr>
          <w:trHeight w:val="5102"/>
        </w:trPr>
        <w:tc>
          <w:tcPr>
            <w:tcW w:w="3061" w:type="dxa"/>
          </w:tcPr>
          <w:p w14:paraId="120E9DE3" w14:textId="77777777" w:rsidR="004B08F2" w:rsidRDefault="00CE484C">
            <w:r>
              <w:rPr>
                <w:b/>
              </w:rPr>
              <w:t>Bildiri Özeti (500–600 kelime, tek paragraf)</w:t>
            </w:r>
          </w:p>
        </w:tc>
        <w:tc>
          <w:tcPr>
            <w:tcW w:w="6350" w:type="dxa"/>
          </w:tcPr>
          <w:p w14:paraId="55CBC968" w14:textId="77777777" w:rsidR="004B08F2" w:rsidRDefault="00CE484C">
            <w:pPr>
              <w:rPr>
                <w:szCs w:val="20"/>
              </w:rPr>
            </w:pPr>
            <w:sdt>
              <w:sdtPr>
                <w:alias w:val="Bildiri Özeti"/>
                <w:tag w:val="Bildiri Özeti"/>
                <w:id w:val="909"/>
                <w:lock w:val="sdtLocked"/>
                <w:showingPlcHdr/>
                <w:text w:multiLine="1"/>
              </w:sdtPr>
              <w:sdtEndPr/>
              <w:sdtContent>
                <w:r>
                  <w:t>Bildiri özetini buraya yazınız (500-600 kelime, tek paragraf).</w:t>
                </w:r>
              </w:sdtContent>
            </w:sdt>
          </w:p>
          <w:p w14:paraId="05FA809D" w14:textId="77777777" w:rsidR="004B08F2" w:rsidRDefault="004B08F2">
            <w:pPr>
              <w:rPr>
                <w:szCs w:val="20"/>
              </w:rPr>
            </w:pPr>
          </w:p>
          <w:p w14:paraId="7624B4BD" w14:textId="77777777" w:rsidR="004B08F2" w:rsidRDefault="004B08F2">
            <w:pPr>
              <w:rPr>
                <w:szCs w:val="20"/>
              </w:rPr>
            </w:pPr>
          </w:p>
          <w:p w14:paraId="7936AF37" w14:textId="77777777" w:rsidR="004B08F2" w:rsidRDefault="004B08F2">
            <w:pPr>
              <w:rPr>
                <w:szCs w:val="20"/>
              </w:rPr>
            </w:pPr>
          </w:p>
          <w:p w14:paraId="41ECDB39" w14:textId="77777777" w:rsidR="004B08F2" w:rsidRDefault="004B08F2">
            <w:pPr>
              <w:rPr>
                <w:szCs w:val="20"/>
              </w:rPr>
            </w:pPr>
          </w:p>
          <w:p w14:paraId="36A2F87E" w14:textId="77777777" w:rsidR="004B08F2" w:rsidRDefault="004B08F2">
            <w:pPr>
              <w:rPr>
                <w:szCs w:val="20"/>
              </w:rPr>
            </w:pPr>
          </w:p>
          <w:p w14:paraId="2523CAFF" w14:textId="77777777" w:rsidR="004B08F2" w:rsidRDefault="004B08F2">
            <w:pPr>
              <w:rPr>
                <w:szCs w:val="20"/>
              </w:rPr>
            </w:pPr>
          </w:p>
          <w:p w14:paraId="692F6E94" w14:textId="77777777" w:rsidR="004B08F2" w:rsidRDefault="004B08F2">
            <w:pPr>
              <w:rPr>
                <w:szCs w:val="20"/>
              </w:rPr>
            </w:pPr>
          </w:p>
          <w:p w14:paraId="5BB20AB7" w14:textId="77777777" w:rsidR="004B08F2" w:rsidRDefault="00CE484C">
            <w:pPr>
              <w:rPr>
                <w:szCs w:val="20"/>
              </w:rPr>
            </w:pPr>
            <w:r>
              <w:rPr>
                <w:b/>
              </w:rPr>
              <w:t xml:space="preserve">Anahtar Kelimeler: </w:t>
            </w:r>
            <w:sdt>
              <w:sdtPr>
                <w:alias w:val="Bilim Dalı"/>
                <w:tag w:val="bilim_dali"/>
                <w:id w:val="910"/>
                <w:lock w:val="sdtLocked"/>
                <w:dropDownList>
                  <w:listItem w:displayText="(Bilim dalı seçiniz)" w:value=""/>
                  <w:listItem w:displayText="Tefsir" w:value="Tefsir"/>
                  <w:listItem w:displayText="Hadis" w:value="Hadis"/>
                  <w:listItem w:displayText="Kelam" w:value="Kelam"/>
                  <w:listItem w:displayText="İslam Hukuku" w:value="İslam Hukuku"/>
                  <w:listItem w:displayText="İslam Mezhepleri Tarihi" w:value="İslam Mezhepleri Tarihi"/>
                  <w:listItem w:displayText="Tasavvuf" w:value="Tasavvuf"/>
                  <w:listItem w:displayText="Arap Dili ve Belâgatı" w:value="Arap Dili ve Belâgatı"/>
                  <w:listItem w:displayText="Kıraat İlmi" w:value="Kıraat İlmi"/>
                  <w:listItem w:displayText="İslam Felsefesi" w:value="İslam Felsefesi"/>
                  <w:listItem w:displayText="Din Felsefesi" w:value="Din Felsefesi"/>
                  <w:listItem w:displayText="Mantık" w:value="Mantık"/>
                  <w:listItem w:displayText="Din Psikolojisi" w:value="Din Psikolojisi"/>
                  <w:listItem w:displayText="Din Sosyolojisi" w:value="Din Sosyolojisi"/>
                  <w:listItem w:displayText="Din Eğitimi" w:value="Din Eğitimi"/>
                  <w:listItem w:displayText="Dinler Tarihi" w:value="Dinler Tarihi"/>
                  <w:listItem w:displayText="İslam Tarihi" w:value="İslam Tarihi"/>
                  <w:listItem w:displayText="Türk-İslam Edebiyatı" w:value="Türk-İslam Edebiyatı"/>
                  <w:listItem w:displayText="Türk-İslam Sanatları Tarihi" w:value="Türk-İslam Sanatları Tarihi"/>
                  <w:listItem w:displayText="Türk Din Musikisi" w:value="Türk Din Musikisi"/>
                </w:dropDownList>
              </w:sdtPr>
              <w:sdtEndPr/>
              <w:sdtContent>
                <w:r>
                  <w:t>(Bilim dalı seçiniz)</w:t>
                </w:r>
              </w:sdtContent>
            </w:sdt>
            <w:sdt>
              <w:sdtPr>
                <w:alias w:val="Diğer anahtar kelimeler"/>
                <w:tag w:val="Diğer anahtar kelimeler"/>
                <w:id w:val="911"/>
                <w:lock w:val="sdtLocked"/>
                <w:showingPlcHdr/>
                <w:text/>
              </w:sdtPr>
              <w:sdtEndPr/>
              <w:sdtContent>
                <w:r>
                  <w:t>, kavram, kavram.</w:t>
                </w:r>
              </w:sdtContent>
            </w:sdt>
          </w:p>
        </w:tc>
      </w:tr>
    </w:tbl>
    <w:p w14:paraId="73208AC5" w14:textId="77777777" w:rsidR="00CE484C" w:rsidRDefault="00CE484C"/>
    <w:sectPr w:rsidR="00CE484C" w:rsidSect="00034616">
      <w:pgSz w:w="11906" w:h="16838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2454329">
    <w:abstractNumId w:val="8"/>
  </w:num>
  <w:num w:numId="2" w16cid:durableId="1640841967">
    <w:abstractNumId w:val="6"/>
  </w:num>
  <w:num w:numId="3" w16cid:durableId="164786058">
    <w:abstractNumId w:val="5"/>
  </w:num>
  <w:num w:numId="4" w16cid:durableId="1703359516">
    <w:abstractNumId w:val="4"/>
  </w:num>
  <w:num w:numId="5" w16cid:durableId="990214058">
    <w:abstractNumId w:val="7"/>
  </w:num>
  <w:num w:numId="6" w16cid:durableId="276454197">
    <w:abstractNumId w:val="3"/>
  </w:num>
  <w:num w:numId="7" w16cid:durableId="418914858">
    <w:abstractNumId w:val="2"/>
  </w:num>
  <w:num w:numId="8" w16cid:durableId="1345739848">
    <w:abstractNumId w:val="1"/>
  </w:num>
  <w:num w:numId="9" w16cid:durableId="194113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1" w:cryptProviderType="rsaAES" w:cryptAlgorithmClass="hash" w:cryptAlgorithmType="typeAny" w:cryptAlgorithmSid="14" w:cryptSpinCount="100000" w:hash="R3mTgZsEdfF/6AbrpAKxy8FnkvWm4XG3qsjFInY4/ErDcL1/o9/gHUqP96SgNk6KckFFJKgU6u2yhLqQHg7zdg==" w:salt="4+M4lw/RKQGyAnK9b+Nh+Q==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1569"/>
    <w:rsid w:val="0029639D"/>
    <w:rsid w:val="00326F90"/>
    <w:rsid w:val="004B08F2"/>
    <w:rsid w:val="00963AB3"/>
    <w:rsid w:val="00AA1D8D"/>
    <w:rsid w:val="00B47730"/>
    <w:rsid w:val="00CB0664"/>
    <w:rsid w:val="00CE484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5D55F2AB-6ED5-41B4-B4E8-B47EB31D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Palatino Linotype" w:hAnsi="Palatino Linotype" w:cs="Palatino Linotype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Zeynep  Aydın</cp:lastModifiedBy>
  <cp:revision>2</cp:revision>
  <dcterms:created xsi:type="dcterms:W3CDTF">2013-12-23T23:15:00Z</dcterms:created>
  <dcterms:modified xsi:type="dcterms:W3CDTF">2026-08-01T10:49:00Z</dcterms:modified>
  <cp:category/>
</cp:coreProperties>
</file>